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DD7E9" w14:textId="77777777" w:rsidR="006E3E57" w:rsidRDefault="006E3E57" w:rsidP="006E3E57">
      <w:pPr>
        <w:pStyle w:val="Heading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BÀI TUYÊN TRUYỀN</w:t>
      </w:r>
    </w:p>
    <w:p w14:paraId="668E2331" w14:textId="25352BEB" w:rsidR="001E0D8B" w:rsidRPr="006E3E57" w:rsidRDefault="00000000" w:rsidP="006E3E57">
      <w:pPr>
        <w:pStyle w:val="Heading1"/>
        <w:jc w:val="both"/>
        <w:rPr>
          <w:rFonts w:ascii="Times New Roman" w:hAnsi="Times New Roman" w:cs="Times New Roman"/>
        </w:rPr>
      </w:pPr>
      <w:r w:rsidRPr="006E3E57">
        <w:rPr>
          <w:rFonts w:ascii="Times New Roman" w:hAnsi="Times New Roman" w:cs="Times New Roman"/>
        </w:rPr>
        <w:t>LAN TỎA TÌNH QUÂN DÂN – GÌN GIỮ NÉT ĐẸP TRUYỀN THỐNG</w:t>
      </w:r>
      <w:r w:rsidR="006E3E57">
        <w:rPr>
          <w:rFonts w:ascii="Times New Roman" w:hAnsi="Times New Roman" w:cs="Times New Roman"/>
        </w:rPr>
        <w:t xml:space="preserve"> </w:t>
      </w:r>
      <w:r w:rsidRPr="006E3E57">
        <w:rPr>
          <w:rFonts w:ascii="Times New Roman" w:hAnsi="Times New Roman" w:cs="Times New Roman"/>
        </w:rPr>
        <w:t xml:space="preserve">QUA HOẠT ĐỘNG GÓI BÁNH </w:t>
      </w:r>
      <w:r w:rsidR="006E7890">
        <w:rPr>
          <w:rFonts w:ascii="Times New Roman" w:hAnsi="Times New Roman" w:cs="Times New Roman"/>
        </w:rPr>
        <w:t>TR</w:t>
      </w:r>
      <w:r w:rsidRPr="006E3E57">
        <w:rPr>
          <w:rFonts w:ascii="Times New Roman" w:hAnsi="Times New Roman" w:cs="Times New Roman"/>
        </w:rPr>
        <w:t>ƯNG TRONG KHÔNG KHÍ TẾT BÍNH NGỌ</w:t>
      </w:r>
      <w:r w:rsidR="006E3E57">
        <w:rPr>
          <w:rFonts w:ascii="Times New Roman" w:hAnsi="Times New Roman" w:cs="Times New Roman"/>
        </w:rPr>
        <w:t xml:space="preserve"> TẠI TRƯỜNG MẦM </w:t>
      </w:r>
      <w:proofErr w:type="gramStart"/>
      <w:r w:rsidR="006E3E57">
        <w:rPr>
          <w:rFonts w:ascii="Times New Roman" w:hAnsi="Times New Roman" w:cs="Times New Roman"/>
        </w:rPr>
        <w:t>NON THANH</w:t>
      </w:r>
      <w:proofErr w:type="gramEnd"/>
      <w:r w:rsidR="006E3E57">
        <w:rPr>
          <w:rFonts w:ascii="Times New Roman" w:hAnsi="Times New Roman" w:cs="Times New Roman"/>
        </w:rPr>
        <w:t xml:space="preserve"> SƠN.</w:t>
      </w:r>
    </w:p>
    <w:p w14:paraId="75E90AA7" w14:textId="103A51ED" w:rsidR="001E0D8B" w:rsidRDefault="00000000" w:rsidP="002779F2">
      <w:pPr>
        <w:rPr>
          <w:rFonts w:ascii="Times New Roman" w:hAnsi="Times New Roman" w:cs="Times New Roman"/>
          <w:noProof/>
          <w:sz w:val="28"/>
          <w:szCs w:val="28"/>
        </w:rPr>
      </w:pPr>
      <w:r w:rsidRPr="006E3E57">
        <w:rPr>
          <w:rFonts w:ascii="Times New Roman" w:hAnsi="Times New Roman" w:cs="Times New Roman"/>
          <w:sz w:val="28"/>
          <w:szCs w:val="28"/>
        </w:rPr>
        <w:br/>
      </w:r>
      <w:r w:rsidR="006E3E57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Bính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Ngọ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3E57">
        <w:rPr>
          <w:rFonts w:ascii="Times New Roman" w:hAnsi="Times New Roman" w:cs="Times New Roman"/>
          <w:sz w:val="28"/>
          <w:szCs w:val="28"/>
        </w:rPr>
        <w:t>non Thanh</w:t>
      </w:r>
      <w:proofErr w:type="gram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Lý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Ninh Bình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Pr="006E3E57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Trung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đoàn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binh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151</w:t>
      </w:r>
      <w:r w:rsidRPr="006E3E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non,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keo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Xuân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>.</w:t>
      </w:r>
      <w:r w:rsidR="002779F2" w:rsidRPr="002779F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07E1505" w14:textId="3446C4B1" w:rsidR="002779F2" w:rsidRDefault="002779F2" w:rsidP="00277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A7B074" wp14:editId="02B5D03B">
            <wp:extent cx="5476875" cy="4181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08D1" w14:textId="4534D80D" w:rsidR="00036BD6" w:rsidRDefault="002779F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582E113" wp14:editId="313BA3D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768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562" y="21492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3B7F37" w14:textId="381B7CEE" w:rsidR="00036BD6" w:rsidRPr="00036BD6" w:rsidRDefault="00036BD6" w:rsidP="00036BD6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trẻ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trường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mầm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non Thanh</w:t>
      </w:r>
      <w:proofErr w:type="gram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Sơn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chuẩn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bị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sẵn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sàng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cho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buổi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trải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nghiệm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gói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bánh </w:t>
      </w:r>
      <w:proofErr w:type="spellStart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chưng</w:t>
      </w:r>
      <w:proofErr w:type="spellEnd"/>
      <w:r w:rsidRPr="00036B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84AB28A" w14:textId="11F306AA" w:rsidR="001E0D8B" w:rsidRDefault="006E3E57" w:rsidP="00277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Bính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Ngọ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="00DE1E55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="00DE1E5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E1E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E5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dong,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đậu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bánh.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chu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E3E57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ắp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="002779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>.</w:t>
      </w:r>
      <w:r w:rsidR="002779F2" w:rsidRPr="002779F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1558939" w14:textId="77777777" w:rsidR="002779F2" w:rsidRDefault="002779F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332F6E" wp14:editId="6A669CA1">
            <wp:extent cx="5476875" cy="3200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thân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mật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gần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gũi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của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bạn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nhỏ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đội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khi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mới</w:t>
      </w:r>
      <w:proofErr w:type="spellEnd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2779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gặp</w:t>
      </w:r>
      <w:proofErr w:type="spellEnd"/>
    </w:p>
    <w:p w14:paraId="27B25B58" w14:textId="6C271AFA" w:rsidR="002779F2" w:rsidRDefault="002779F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mâm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chạm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dong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mướt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gạo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nếp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trắng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ngần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lắng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bức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3E57" w:rsidRPr="006E3E5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6E3E57" w:rsidRPr="006E3E57">
        <w:rPr>
          <w:rFonts w:ascii="Times New Roman" w:hAnsi="Times New Roman" w:cs="Times New Roman"/>
          <w:sz w:val="28"/>
          <w:szCs w:val="28"/>
        </w:rPr>
        <w:t xml:space="preserve"> non.</w:t>
      </w:r>
    </w:p>
    <w:p w14:paraId="2CACABF3" w14:textId="40C43FC8" w:rsidR="002779F2" w:rsidRDefault="002779F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61AE23" wp14:editId="63BADD74">
            <wp:extent cx="5438775" cy="34766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DE1E" w14:textId="300F68E7" w:rsidR="002779F2" w:rsidRDefault="002779F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72C739" wp14:editId="77A02662">
            <wp:extent cx="5476875" cy="33623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50B0" w14:textId="36A7191A" w:rsidR="002779F2" w:rsidRPr="00931152" w:rsidRDefault="002779F2" w:rsidP="00931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tham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gia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gói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bánh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cùng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trò</w:t>
      </w:r>
    </w:p>
    <w:p w14:paraId="61FC22DC" w14:textId="2D732A49" w:rsidR="001E0D8B" w:rsidRDefault="006E3E57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E3E57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Bính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Ngọ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="00354A4D">
        <w:rPr>
          <w:rFonts w:ascii="Times New Roman" w:hAnsi="Times New Roman" w:cs="Times New Roman"/>
          <w:sz w:val="28"/>
          <w:szCs w:val="28"/>
        </w:rPr>
        <w:t>con</w:t>
      </w:r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r w:rsidRPr="006E3E57">
        <w:rPr>
          <w:rFonts w:ascii="Times New Roman" w:hAnsi="Times New Roman" w:cs="Times New Roman"/>
          <w:sz w:val="28"/>
          <w:szCs w:val="28"/>
        </w:rPr>
        <w:lastRenderedPageBreak/>
        <w:t xml:space="preserve">no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chia,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>.</w:t>
      </w:r>
    </w:p>
    <w:p w14:paraId="5AF23D65" w14:textId="1B9EDEE6" w:rsidR="00931152" w:rsidRDefault="0093115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BD1E07" wp14:editId="47D299EB">
            <wp:extent cx="5476875" cy="3333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46A5" w14:textId="0EF1383B" w:rsidR="00931152" w:rsidRDefault="00931152" w:rsidP="00931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Khoảnh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khắc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vừa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gói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bánh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vừa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nói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chuyện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vui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vẻ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trẻ</w:t>
      </w:r>
      <w:proofErr w:type="spellEnd"/>
    </w:p>
    <w:p w14:paraId="09ED69FC" w14:textId="210D1D4B" w:rsidR="00931152" w:rsidRDefault="00931152" w:rsidP="00931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 wp14:anchorId="6FAEE0AB" wp14:editId="74EBB1D3">
            <wp:extent cx="5419725" cy="31623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4CD4" w14:textId="01494008" w:rsidR="00931152" w:rsidRPr="00931152" w:rsidRDefault="00931152" w:rsidP="00931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đội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đỡ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trò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lửa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luộc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bánh</w:t>
      </w:r>
    </w:p>
    <w:p w14:paraId="20D22A1D" w14:textId="0405BA4D" w:rsidR="001E0D8B" w:rsidRDefault="006E3E57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151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ân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="00354A4D">
        <w:rPr>
          <w:rFonts w:ascii="Times New Roman" w:hAnsi="Times New Roman" w:cs="Times New Roman"/>
          <w:sz w:val="28"/>
          <w:szCs w:val="28"/>
        </w:rPr>
        <w:t>con</w:t>
      </w:r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non.</w:t>
      </w:r>
    </w:p>
    <w:p w14:paraId="3EF3CE0A" w14:textId="4F8A9B2E" w:rsidR="00931152" w:rsidRDefault="0093115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198AE3" wp14:editId="70BA074C">
            <wp:extent cx="5476875" cy="3905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DBD7C" w14:textId="6E1D4CDF" w:rsidR="00931152" w:rsidRDefault="0093115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01D603" wp14:editId="5DE05997">
            <wp:extent cx="5476875" cy="3771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88E33" w14:textId="5B21A6FF" w:rsidR="00931152" w:rsidRDefault="00931152" w:rsidP="006E3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AC96C" wp14:editId="1A90310D">
            <wp:extent cx="5476875" cy="3486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571E" w14:textId="6EE11B20" w:rsidR="00931152" w:rsidRPr="00931152" w:rsidRDefault="00931152" w:rsidP="0093115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Các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chú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chụp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hình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lưu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niệm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với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cô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và</w:t>
      </w:r>
      <w:proofErr w:type="spellEnd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93115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trò</w:t>
      </w:r>
      <w:proofErr w:type="spellEnd"/>
    </w:p>
    <w:p w14:paraId="78759424" w14:textId="77777777" w:rsidR="00931152" w:rsidRDefault="006E3E57" w:rsidP="00DE68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bánh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chưng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vuông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vắn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dong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Bính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Ngọ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binh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151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3E57">
        <w:rPr>
          <w:rFonts w:ascii="Times New Roman" w:hAnsi="Times New Roman" w:cs="Times New Roman"/>
          <w:sz w:val="28"/>
          <w:szCs w:val="28"/>
        </w:rPr>
        <w:t>non Thanh</w:t>
      </w:r>
      <w:proofErr w:type="gram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Uống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nước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nhớ</w:t>
      </w:r>
      <w:proofErr w:type="spellEnd"/>
      <w:r w:rsidRPr="006E3E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b/>
          <w:bCs/>
          <w:sz w:val="28"/>
          <w:szCs w:val="28"/>
        </w:rPr>
        <w:t>nguồn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đắp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3E5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3E57">
        <w:rPr>
          <w:rFonts w:ascii="Times New Roman" w:hAnsi="Times New Roman" w:cs="Times New Roman"/>
          <w:sz w:val="28"/>
          <w:szCs w:val="28"/>
        </w:rPr>
        <w:t xml:space="preserve"> </w:t>
      </w:r>
      <w:r w:rsidR="00354A4D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4A4D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="00354A4D">
        <w:rPr>
          <w:rFonts w:ascii="Times New Roman" w:hAnsi="Times New Roman" w:cs="Times New Roman"/>
          <w:sz w:val="28"/>
          <w:szCs w:val="28"/>
        </w:rPr>
        <w:t>.</w:t>
      </w:r>
    </w:p>
    <w:p w14:paraId="39A66C5C" w14:textId="4CDA943C" w:rsidR="001E0D8B" w:rsidRPr="006E3E57" w:rsidRDefault="006E3E57" w:rsidP="00DE68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E3E57">
        <w:rPr>
          <w:rFonts w:ascii="Times New Roman" w:hAnsi="Times New Roman" w:cs="Times New Roman"/>
          <w:sz w:val="28"/>
          <w:szCs w:val="28"/>
        </w:rPr>
        <w:br/>
      </w:r>
    </w:p>
    <w:sectPr w:rsidR="001E0D8B" w:rsidRPr="006E3E5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81672396">
    <w:abstractNumId w:val="8"/>
  </w:num>
  <w:num w:numId="2" w16cid:durableId="1522009324">
    <w:abstractNumId w:val="6"/>
  </w:num>
  <w:num w:numId="3" w16cid:durableId="1813987947">
    <w:abstractNumId w:val="5"/>
  </w:num>
  <w:num w:numId="4" w16cid:durableId="1581255551">
    <w:abstractNumId w:val="4"/>
  </w:num>
  <w:num w:numId="5" w16cid:durableId="576744425">
    <w:abstractNumId w:val="7"/>
  </w:num>
  <w:num w:numId="6" w16cid:durableId="1484618868">
    <w:abstractNumId w:val="3"/>
  </w:num>
  <w:num w:numId="7" w16cid:durableId="501435008">
    <w:abstractNumId w:val="2"/>
  </w:num>
  <w:num w:numId="8" w16cid:durableId="325324747">
    <w:abstractNumId w:val="1"/>
  </w:num>
  <w:num w:numId="9" w16cid:durableId="1965378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6BD6"/>
    <w:rsid w:val="0006063C"/>
    <w:rsid w:val="0015074B"/>
    <w:rsid w:val="001E0D8B"/>
    <w:rsid w:val="002779F2"/>
    <w:rsid w:val="0029639D"/>
    <w:rsid w:val="002A75B6"/>
    <w:rsid w:val="00326F90"/>
    <w:rsid w:val="00354A4D"/>
    <w:rsid w:val="004B3F8A"/>
    <w:rsid w:val="006E3E57"/>
    <w:rsid w:val="006E7890"/>
    <w:rsid w:val="00756D9E"/>
    <w:rsid w:val="007D683D"/>
    <w:rsid w:val="00812B78"/>
    <w:rsid w:val="00853043"/>
    <w:rsid w:val="00931152"/>
    <w:rsid w:val="009E4BD0"/>
    <w:rsid w:val="00AA1D8D"/>
    <w:rsid w:val="00B47730"/>
    <w:rsid w:val="00CA3D36"/>
    <w:rsid w:val="00CB0664"/>
    <w:rsid w:val="00DE1E55"/>
    <w:rsid w:val="00DE68B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B92FBC8"/>
  <w14:defaultImageDpi w14:val="300"/>
  <w15:docId w15:val="{2264844A-6076-4A5A-BB6A-1663B7C7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Administrator</cp:lastModifiedBy>
  <cp:revision>8</cp:revision>
  <dcterms:created xsi:type="dcterms:W3CDTF">2026-02-07T01:45:00Z</dcterms:created>
  <dcterms:modified xsi:type="dcterms:W3CDTF">2026-02-08T12:44:00Z</dcterms:modified>
  <cp:category/>
</cp:coreProperties>
</file>